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70BE" w14:textId="5B7F67EB" w:rsidR="00AC1368" w:rsidRPr="00C5284A" w:rsidRDefault="00C5284A" w:rsidP="00C5284A">
      <w:pPr>
        <w:spacing w:after="40"/>
        <w:jc w:val="center"/>
        <w:rPr>
          <w:sz w:val="28"/>
          <w:szCs w:val="28"/>
          <w:lang w:eastAsia="zh-CN"/>
        </w:rPr>
      </w:pPr>
      <w:r w:rsidRPr="00C5284A">
        <w:rPr>
          <w:rFonts w:ascii="Arial" w:eastAsia="黑体" w:hAnsi="Arial" w:hint="eastAsia"/>
          <w:b/>
          <w:color w:val="000000"/>
          <w:sz w:val="36"/>
          <w:szCs w:val="28"/>
          <w:lang w:eastAsia="zh-CN"/>
        </w:rPr>
        <w:t>“</w:t>
      </w:r>
      <w:r w:rsidR="00000000" w:rsidRPr="00C5284A">
        <w:rPr>
          <w:rFonts w:ascii="Arial" w:eastAsia="黑体" w:hAnsi="Arial"/>
          <w:b/>
          <w:color w:val="000000"/>
          <w:sz w:val="36"/>
          <w:szCs w:val="28"/>
          <w:lang w:eastAsia="zh-CN"/>
        </w:rPr>
        <w:t>小扳手</w:t>
      </w:r>
      <w:r w:rsidRPr="00C5284A">
        <w:rPr>
          <w:rFonts w:ascii="Arial" w:eastAsia="黑体" w:hAnsi="Arial" w:hint="eastAsia"/>
          <w:b/>
          <w:color w:val="000000"/>
          <w:sz w:val="36"/>
          <w:szCs w:val="28"/>
          <w:lang w:eastAsia="zh-CN"/>
        </w:rPr>
        <w:t>”</w:t>
      </w:r>
      <w:r w:rsidR="00000000" w:rsidRPr="00C5284A">
        <w:rPr>
          <w:rFonts w:ascii="Arial" w:eastAsia="黑体" w:hAnsi="Arial"/>
          <w:b/>
          <w:color w:val="000000"/>
          <w:sz w:val="36"/>
          <w:szCs w:val="28"/>
          <w:lang w:eastAsia="zh-CN"/>
        </w:rPr>
        <w:t>学习与发展指导中心</w:t>
      </w:r>
      <w:r w:rsidR="00000000" w:rsidRPr="00C5284A">
        <w:rPr>
          <w:rFonts w:ascii="Arial" w:eastAsia="黑体" w:hAnsi="Arial"/>
          <w:b/>
          <w:color w:val="000000"/>
          <w:sz w:val="36"/>
          <w:szCs w:val="24"/>
          <w:lang w:eastAsia="zh-CN"/>
        </w:rPr>
        <w:t>讲师团报名表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2126"/>
        <w:gridCol w:w="1416"/>
        <w:gridCol w:w="2265"/>
        <w:gridCol w:w="1700"/>
      </w:tblGrid>
      <w:tr w:rsidR="00AC1368" w14:paraId="46622C86" w14:textId="77777777" w:rsidTr="009F04EB">
        <w:trPr>
          <w:trHeight w:val="794"/>
          <w:jc w:val="center"/>
        </w:trPr>
        <w:tc>
          <w:tcPr>
            <w:tcW w:w="1555" w:type="dxa"/>
            <w:vAlign w:val="center"/>
          </w:tcPr>
          <w:p w14:paraId="22B29C65" w14:textId="77777777" w:rsidR="00AC1368" w:rsidRDefault="00000000">
            <w:pPr>
              <w:spacing w:before="40" w:after="40"/>
              <w:jc w:val="center"/>
            </w:pPr>
            <w:proofErr w:type="spellStart"/>
            <w:r w:rsidRPr="00B76735">
              <w:rPr>
                <w:rFonts w:ascii="Arial" w:eastAsia="宋体" w:hAnsi="Arial"/>
                <w:b/>
                <w:color w:val="000000"/>
                <w:sz w:val="24"/>
                <w:szCs w:val="28"/>
              </w:rPr>
              <w:t>姓名</w:t>
            </w:r>
            <w:proofErr w:type="spellEnd"/>
          </w:p>
        </w:tc>
        <w:tc>
          <w:tcPr>
            <w:tcW w:w="2126" w:type="dxa"/>
            <w:vAlign w:val="center"/>
          </w:tcPr>
          <w:p w14:paraId="3926A409" w14:textId="77777777" w:rsidR="00AC1368" w:rsidRDefault="00AC1368">
            <w:pPr>
              <w:spacing w:before="40" w:after="40"/>
            </w:pPr>
          </w:p>
        </w:tc>
        <w:tc>
          <w:tcPr>
            <w:tcW w:w="1416" w:type="dxa"/>
            <w:vAlign w:val="center"/>
          </w:tcPr>
          <w:p w14:paraId="1A6FC2D7" w14:textId="77777777" w:rsidR="00AC1368" w:rsidRPr="00B76735" w:rsidRDefault="00000000">
            <w:pPr>
              <w:spacing w:before="40" w:after="40"/>
              <w:jc w:val="center"/>
              <w:rPr>
                <w:rFonts w:ascii="Arial" w:eastAsia="宋体" w:hAnsi="Arial"/>
                <w:b/>
                <w:color w:val="000000"/>
                <w:sz w:val="24"/>
                <w:szCs w:val="28"/>
              </w:rPr>
            </w:pPr>
            <w:proofErr w:type="spellStart"/>
            <w:r w:rsidRPr="00B76735">
              <w:rPr>
                <w:rFonts w:ascii="Arial" w:eastAsia="宋体" w:hAnsi="Arial"/>
                <w:b/>
                <w:color w:val="000000"/>
                <w:sz w:val="24"/>
                <w:szCs w:val="28"/>
              </w:rPr>
              <w:t>学号</w:t>
            </w:r>
            <w:proofErr w:type="spellEnd"/>
          </w:p>
        </w:tc>
        <w:tc>
          <w:tcPr>
            <w:tcW w:w="2265" w:type="dxa"/>
            <w:vAlign w:val="center"/>
          </w:tcPr>
          <w:p w14:paraId="4C927637" w14:textId="77777777" w:rsidR="00AC1368" w:rsidRDefault="00AC1368">
            <w:pPr>
              <w:spacing w:before="40" w:after="40"/>
            </w:pPr>
          </w:p>
        </w:tc>
        <w:tc>
          <w:tcPr>
            <w:tcW w:w="1700" w:type="dxa"/>
            <w:vMerge w:val="restart"/>
            <w:vAlign w:val="center"/>
          </w:tcPr>
          <w:p w14:paraId="29CDFA18" w14:textId="77777777" w:rsidR="00AC1368" w:rsidRPr="00B76735" w:rsidRDefault="00000000">
            <w:pPr>
              <w:spacing w:before="40" w:after="40"/>
              <w:jc w:val="center"/>
              <w:rPr>
                <w:rFonts w:ascii="Arial" w:eastAsia="宋体" w:hAnsi="Arial"/>
                <w:b/>
                <w:color w:val="000000"/>
                <w:sz w:val="24"/>
                <w:szCs w:val="28"/>
              </w:rPr>
            </w:pPr>
            <w:proofErr w:type="spellStart"/>
            <w:r w:rsidRPr="00B76735">
              <w:rPr>
                <w:rFonts w:ascii="Arial" w:eastAsia="宋体" w:hAnsi="Arial"/>
                <w:b/>
                <w:color w:val="000000"/>
                <w:sz w:val="24"/>
                <w:szCs w:val="28"/>
              </w:rPr>
              <w:t>照片</w:t>
            </w:r>
            <w:proofErr w:type="spellEnd"/>
          </w:p>
          <w:p w14:paraId="5E002396" w14:textId="77777777" w:rsidR="00AC1368" w:rsidRDefault="00000000">
            <w:pPr>
              <w:jc w:val="center"/>
            </w:pPr>
            <w:r>
              <w:rPr>
                <w:rFonts w:ascii="Arial" w:eastAsia="宋体" w:hAnsi="Arial"/>
                <w:color w:val="000000"/>
                <w:sz w:val="21"/>
              </w:rPr>
              <w:t>（</w:t>
            </w:r>
            <w:proofErr w:type="spellStart"/>
            <w:r>
              <w:rPr>
                <w:rFonts w:ascii="Arial" w:eastAsia="宋体" w:hAnsi="Arial"/>
                <w:color w:val="000000"/>
                <w:sz w:val="21"/>
              </w:rPr>
              <w:t>一寸</w:t>
            </w:r>
            <w:proofErr w:type="spellEnd"/>
            <w:r>
              <w:rPr>
                <w:rFonts w:ascii="Arial" w:eastAsia="宋体" w:hAnsi="Arial"/>
                <w:color w:val="000000"/>
                <w:sz w:val="21"/>
              </w:rPr>
              <w:t>）</w:t>
            </w:r>
          </w:p>
        </w:tc>
      </w:tr>
      <w:tr w:rsidR="00AC1368" w14:paraId="3EF321DD" w14:textId="77777777" w:rsidTr="009F04EB">
        <w:trPr>
          <w:trHeight w:val="794"/>
          <w:jc w:val="center"/>
        </w:trPr>
        <w:tc>
          <w:tcPr>
            <w:tcW w:w="1555" w:type="dxa"/>
            <w:vAlign w:val="center"/>
          </w:tcPr>
          <w:p w14:paraId="3F52F442" w14:textId="77777777" w:rsidR="00AC1368" w:rsidRDefault="00000000">
            <w:pPr>
              <w:spacing w:before="40" w:after="40"/>
              <w:jc w:val="center"/>
            </w:pPr>
            <w:proofErr w:type="spellStart"/>
            <w:r w:rsidRPr="00B76735">
              <w:rPr>
                <w:rFonts w:ascii="Arial" w:eastAsia="宋体" w:hAnsi="Arial"/>
                <w:b/>
                <w:color w:val="000000"/>
                <w:sz w:val="24"/>
                <w:szCs w:val="28"/>
              </w:rPr>
              <w:t>年级</w:t>
            </w:r>
            <w:proofErr w:type="spellEnd"/>
          </w:p>
        </w:tc>
        <w:tc>
          <w:tcPr>
            <w:tcW w:w="2126" w:type="dxa"/>
            <w:vAlign w:val="center"/>
          </w:tcPr>
          <w:p w14:paraId="6C71712C" w14:textId="77777777" w:rsidR="00AC1368" w:rsidRDefault="00AC1368">
            <w:pPr>
              <w:spacing w:before="40" w:after="40"/>
            </w:pPr>
          </w:p>
        </w:tc>
        <w:tc>
          <w:tcPr>
            <w:tcW w:w="1416" w:type="dxa"/>
            <w:vAlign w:val="center"/>
          </w:tcPr>
          <w:p w14:paraId="570FA616" w14:textId="77777777" w:rsidR="00AC1368" w:rsidRPr="00B76735" w:rsidRDefault="00000000">
            <w:pPr>
              <w:spacing w:before="40" w:after="40"/>
              <w:jc w:val="center"/>
              <w:rPr>
                <w:rFonts w:ascii="Arial" w:eastAsia="宋体" w:hAnsi="Arial"/>
                <w:b/>
                <w:color w:val="000000"/>
                <w:sz w:val="24"/>
                <w:szCs w:val="28"/>
              </w:rPr>
            </w:pPr>
            <w:proofErr w:type="spellStart"/>
            <w:r w:rsidRPr="00B76735">
              <w:rPr>
                <w:rFonts w:ascii="Arial" w:eastAsia="宋体" w:hAnsi="Arial"/>
                <w:b/>
                <w:color w:val="000000"/>
                <w:sz w:val="24"/>
                <w:szCs w:val="28"/>
              </w:rPr>
              <w:t>专业班级</w:t>
            </w:r>
            <w:proofErr w:type="spellEnd"/>
          </w:p>
        </w:tc>
        <w:tc>
          <w:tcPr>
            <w:tcW w:w="2265" w:type="dxa"/>
            <w:vAlign w:val="center"/>
          </w:tcPr>
          <w:p w14:paraId="0E6372A3" w14:textId="77777777" w:rsidR="00AC1368" w:rsidRDefault="00AC1368">
            <w:pPr>
              <w:spacing w:before="40" w:after="40"/>
            </w:pPr>
          </w:p>
        </w:tc>
        <w:tc>
          <w:tcPr>
            <w:tcW w:w="1700" w:type="dxa"/>
            <w:vMerge/>
          </w:tcPr>
          <w:p w14:paraId="1831861F" w14:textId="77777777" w:rsidR="00AC1368" w:rsidRDefault="00AC1368"/>
        </w:tc>
      </w:tr>
      <w:tr w:rsidR="00AC1368" w14:paraId="6E910F9E" w14:textId="77777777" w:rsidTr="009F04EB">
        <w:trPr>
          <w:trHeight w:val="794"/>
          <w:jc w:val="center"/>
        </w:trPr>
        <w:tc>
          <w:tcPr>
            <w:tcW w:w="1555" w:type="dxa"/>
            <w:vAlign w:val="center"/>
          </w:tcPr>
          <w:p w14:paraId="1066E385" w14:textId="77777777" w:rsidR="00AC1368" w:rsidRDefault="00000000">
            <w:pPr>
              <w:spacing w:before="40" w:after="40"/>
              <w:jc w:val="center"/>
            </w:pPr>
            <w:proofErr w:type="spellStart"/>
            <w:r w:rsidRPr="00B76735">
              <w:rPr>
                <w:rFonts w:ascii="Arial" w:eastAsia="宋体" w:hAnsi="Arial"/>
                <w:b/>
                <w:color w:val="000000"/>
                <w:sz w:val="24"/>
                <w:szCs w:val="28"/>
              </w:rPr>
              <w:t>联系电话</w:t>
            </w:r>
            <w:proofErr w:type="spellEnd"/>
          </w:p>
        </w:tc>
        <w:tc>
          <w:tcPr>
            <w:tcW w:w="2126" w:type="dxa"/>
            <w:vAlign w:val="center"/>
          </w:tcPr>
          <w:p w14:paraId="56331CB0" w14:textId="77777777" w:rsidR="00AC1368" w:rsidRDefault="00AC1368">
            <w:pPr>
              <w:spacing w:before="40" w:after="40"/>
            </w:pPr>
          </w:p>
        </w:tc>
        <w:tc>
          <w:tcPr>
            <w:tcW w:w="1416" w:type="dxa"/>
            <w:vAlign w:val="center"/>
          </w:tcPr>
          <w:p w14:paraId="01E06EB2" w14:textId="075617D1" w:rsidR="00AC1368" w:rsidRPr="00F643B9" w:rsidRDefault="00000000">
            <w:pPr>
              <w:spacing w:before="40" w:after="40"/>
              <w:jc w:val="center"/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8"/>
              </w:rPr>
            </w:pPr>
            <w:r w:rsidRPr="00F643B9">
              <w:rPr>
                <w:rFonts w:ascii="Times New Roman" w:eastAsia="宋体" w:hAnsi="Times New Roman" w:cs="Times New Roman"/>
                <w:bCs/>
                <w:color w:val="000000"/>
                <w:sz w:val="24"/>
                <w:szCs w:val="28"/>
              </w:rPr>
              <w:t>QQ</w:t>
            </w:r>
          </w:p>
        </w:tc>
        <w:tc>
          <w:tcPr>
            <w:tcW w:w="2265" w:type="dxa"/>
            <w:vAlign w:val="center"/>
          </w:tcPr>
          <w:p w14:paraId="1A036594" w14:textId="77777777" w:rsidR="00AC1368" w:rsidRDefault="00AC1368">
            <w:pPr>
              <w:spacing w:before="40" w:after="40"/>
            </w:pPr>
          </w:p>
        </w:tc>
        <w:tc>
          <w:tcPr>
            <w:tcW w:w="1700" w:type="dxa"/>
            <w:vMerge/>
          </w:tcPr>
          <w:p w14:paraId="0F5C9A1D" w14:textId="77777777" w:rsidR="00AC1368" w:rsidRDefault="00AC1368"/>
        </w:tc>
      </w:tr>
      <w:tr w:rsidR="00B76735" w14:paraId="48B301C0" w14:textId="77777777" w:rsidTr="00C5284A">
        <w:trPr>
          <w:trHeight w:val="1324"/>
          <w:jc w:val="center"/>
        </w:trPr>
        <w:tc>
          <w:tcPr>
            <w:tcW w:w="1555" w:type="dxa"/>
            <w:vAlign w:val="center"/>
          </w:tcPr>
          <w:p w14:paraId="4E110C5F" w14:textId="77777777" w:rsidR="00B76735" w:rsidRDefault="00B76735">
            <w:pPr>
              <w:spacing w:before="40" w:after="40"/>
              <w:jc w:val="center"/>
            </w:pPr>
            <w:proofErr w:type="spellStart"/>
            <w:r w:rsidRPr="00B76735">
              <w:rPr>
                <w:rFonts w:ascii="Arial" w:eastAsia="宋体" w:hAnsi="Arial"/>
                <w:b/>
                <w:color w:val="000000"/>
                <w:sz w:val="24"/>
                <w:szCs w:val="28"/>
              </w:rPr>
              <w:t>擅长课程</w:t>
            </w:r>
            <w:proofErr w:type="spellEnd"/>
          </w:p>
        </w:tc>
        <w:tc>
          <w:tcPr>
            <w:tcW w:w="7507" w:type="dxa"/>
            <w:gridSpan w:val="4"/>
            <w:vAlign w:val="center"/>
          </w:tcPr>
          <w:p w14:paraId="14A4A2AE" w14:textId="321B7BA1" w:rsidR="00362E40" w:rsidRDefault="00B76735" w:rsidP="00B76735">
            <w:pPr>
              <w:spacing w:line="360" w:lineRule="auto"/>
              <w:jc w:val="both"/>
              <w:rPr>
                <w:rFonts w:ascii="Arial" w:eastAsia="宋体" w:hAnsi="Arial"/>
                <w:color w:val="000000"/>
                <w:szCs w:val="24"/>
                <w:lang w:eastAsia="zh-CN"/>
              </w:rPr>
            </w:pP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可</w:t>
            </w:r>
            <w:r w:rsidR="00362E40"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  <w:t>打勾</w:t>
            </w: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多选：高等数学</w:t>
            </w:r>
            <w:r w:rsidRPr="00B76735"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  <w:t>、</w:t>
            </w: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大学物理</w:t>
            </w:r>
            <w:r w:rsidRPr="00B76735"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  <w:t>、</w:t>
            </w: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机械制图</w:t>
            </w:r>
            <w:r w:rsidRPr="00B76735"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  <w:t>、</w:t>
            </w: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理论力学</w:t>
            </w:r>
            <w:r w:rsidRPr="00B76735"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  <w:t>、</w:t>
            </w: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材料力学</w:t>
            </w:r>
            <w:r w:rsidRPr="00B76735"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  <w:t>、</w:t>
            </w: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机械原理</w:t>
            </w:r>
            <w:r w:rsidRPr="00B76735"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  <w:t>、</w:t>
            </w: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机械设计</w:t>
            </w:r>
            <w:r w:rsidRPr="00B76735"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  <w:t>、</w:t>
            </w: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英语</w:t>
            </w:r>
            <w:r w:rsidR="00362E40"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  <w:t>；</w:t>
            </w:r>
          </w:p>
          <w:p w14:paraId="4CFE092E" w14:textId="7834977E" w:rsidR="00B76735" w:rsidRPr="00362E40" w:rsidRDefault="00B76735" w:rsidP="00B76735">
            <w:pPr>
              <w:spacing w:line="360" w:lineRule="auto"/>
              <w:jc w:val="both"/>
              <w:rPr>
                <w:lang w:eastAsia="zh-CN"/>
              </w:rPr>
            </w:pP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其他</w:t>
            </w:r>
            <w:r w:rsidR="00362E40"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  <w:t>：</w:t>
            </w:r>
            <w:r w:rsidRPr="00B76735">
              <w:rPr>
                <w:rFonts w:ascii="Arial" w:eastAsia="宋体" w:hAnsi="Arial" w:hint="eastAsia"/>
                <w:color w:val="000000"/>
                <w:szCs w:val="24"/>
                <w:u w:val="single"/>
                <w:lang w:eastAsia="zh-CN"/>
              </w:rPr>
              <w:t xml:space="preserve"> </w:t>
            </w:r>
            <w:r w:rsidRPr="00362E40">
              <w:rPr>
                <w:rFonts w:ascii="Arial" w:eastAsia="宋体" w:hAnsi="Arial" w:hint="eastAsia"/>
                <w:color w:val="000000"/>
                <w:szCs w:val="24"/>
                <w:u w:val="single"/>
                <w:lang w:eastAsia="zh-CN"/>
              </w:rPr>
              <w:t xml:space="preserve">                   </w:t>
            </w:r>
          </w:p>
        </w:tc>
      </w:tr>
      <w:tr w:rsidR="00336614" w14:paraId="51044E0B" w14:textId="77777777" w:rsidTr="00C5284A">
        <w:trPr>
          <w:trHeight w:val="863"/>
          <w:jc w:val="center"/>
        </w:trPr>
        <w:tc>
          <w:tcPr>
            <w:tcW w:w="1555" w:type="dxa"/>
            <w:vAlign w:val="center"/>
          </w:tcPr>
          <w:p w14:paraId="79BC90A6" w14:textId="05E31729" w:rsidR="00336614" w:rsidRPr="00B76735" w:rsidRDefault="00336614">
            <w:pPr>
              <w:spacing w:before="40" w:after="40"/>
              <w:jc w:val="center"/>
              <w:rPr>
                <w:rFonts w:ascii="Arial" w:eastAsia="宋体" w:hAnsi="Arial" w:hint="eastAsia"/>
                <w:b/>
                <w:color w:val="000000"/>
                <w:sz w:val="24"/>
                <w:szCs w:val="28"/>
                <w:lang w:eastAsia="zh-CN"/>
              </w:rPr>
            </w:pPr>
            <w:r>
              <w:rPr>
                <w:rFonts w:ascii="Arial" w:eastAsia="宋体" w:hAnsi="Arial" w:hint="eastAsia"/>
                <w:b/>
                <w:color w:val="000000"/>
                <w:sz w:val="24"/>
                <w:szCs w:val="28"/>
                <w:lang w:eastAsia="zh-CN"/>
              </w:rPr>
              <w:t>申请岗位</w:t>
            </w:r>
          </w:p>
        </w:tc>
        <w:tc>
          <w:tcPr>
            <w:tcW w:w="7507" w:type="dxa"/>
            <w:gridSpan w:val="4"/>
            <w:vAlign w:val="center"/>
          </w:tcPr>
          <w:p w14:paraId="5206269E" w14:textId="0A363EAE" w:rsidR="00336614" w:rsidRPr="00B76735" w:rsidRDefault="00336614" w:rsidP="00C5284A">
            <w:pPr>
              <w:ind w:firstLineChars="700" w:firstLine="1540"/>
              <w:jc w:val="both"/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Cs w:val="24"/>
                <w:lang w:eastAsia="zh-CN"/>
              </w:rPr>
              <w:t>□</w:t>
            </w:r>
            <w:r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  <w:t>学霸讲师</w:t>
            </w:r>
            <w:r w:rsidR="00C5284A"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  <w:t xml:space="preserve">                     </w:t>
            </w:r>
            <w:r w:rsidR="00C5284A">
              <w:rPr>
                <w:rFonts w:ascii="宋体" w:eastAsia="宋体" w:hAnsi="宋体" w:hint="eastAsia"/>
                <w:color w:val="000000"/>
                <w:szCs w:val="24"/>
                <w:lang w:eastAsia="zh-CN"/>
              </w:rPr>
              <w:t>□</w:t>
            </w:r>
            <w:proofErr w:type="gramStart"/>
            <w:r w:rsidR="00C5284A">
              <w:rPr>
                <w:rFonts w:ascii="Arial" w:eastAsia="宋体" w:hAnsi="Arial" w:hint="eastAsia"/>
                <w:color w:val="000000"/>
                <w:szCs w:val="24"/>
                <w:lang w:eastAsia="zh-CN"/>
              </w:rPr>
              <w:t>辅学志愿者</w:t>
            </w:r>
            <w:proofErr w:type="gramEnd"/>
          </w:p>
        </w:tc>
      </w:tr>
      <w:tr w:rsidR="00B76735" w14:paraId="0EF184CA" w14:textId="77777777" w:rsidTr="00C5284A">
        <w:trPr>
          <w:trHeight w:val="1400"/>
          <w:jc w:val="center"/>
        </w:trPr>
        <w:tc>
          <w:tcPr>
            <w:tcW w:w="1555" w:type="dxa"/>
            <w:vAlign w:val="center"/>
          </w:tcPr>
          <w:p w14:paraId="16570D00" w14:textId="77777777" w:rsidR="00B76735" w:rsidRPr="009F04EB" w:rsidRDefault="00B76735">
            <w:pPr>
              <w:jc w:val="center"/>
              <w:rPr>
                <w:sz w:val="28"/>
                <w:szCs w:val="28"/>
                <w:lang w:eastAsia="zh-CN"/>
              </w:rPr>
            </w:pPr>
            <w:r w:rsidRPr="009F04EB">
              <w:rPr>
                <w:rFonts w:ascii="Arial" w:eastAsia="宋体" w:hAnsi="Arial"/>
                <w:b/>
                <w:color w:val="000000"/>
                <w:sz w:val="24"/>
                <w:szCs w:val="28"/>
                <w:lang w:eastAsia="zh-CN"/>
              </w:rPr>
              <w:t>最近</w:t>
            </w:r>
            <w:proofErr w:type="gramStart"/>
            <w:r w:rsidRPr="009F04EB">
              <w:rPr>
                <w:rFonts w:ascii="Arial" w:eastAsia="宋体" w:hAnsi="Arial"/>
                <w:b/>
                <w:color w:val="000000"/>
                <w:sz w:val="24"/>
                <w:szCs w:val="28"/>
                <w:lang w:eastAsia="zh-CN"/>
              </w:rPr>
              <w:t>一</w:t>
            </w:r>
            <w:proofErr w:type="gramEnd"/>
            <w:r w:rsidRPr="009F04EB">
              <w:rPr>
                <w:rFonts w:ascii="Arial" w:eastAsia="宋体" w:hAnsi="Arial"/>
                <w:b/>
                <w:color w:val="000000"/>
                <w:sz w:val="24"/>
                <w:szCs w:val="28"/>
                <w:lang w:eastAsia="zh-CN"/>
              </w:rPr>
              <w:t>学年</w:t>
            </w:r>
          </w:p>
          <w:p w14:paraId="249A8235" w14:textId="77777777" w:rsidR="00B76735" w:rsidRDefault="00B76735">
            <w:pPr>
              <w:jc w:val="center"/>
              <w:rPr>
                <w:lang w:eastAsia="zh-CN"/>
              </w:rPr>
            </w:pPr>
            <w:r w:rsidRPr="009F04EB">
              <w:rPr>
                <w:rFonts w:ascii="Arial" w:eastAsia="宋体" w:hAnsi="Arial"/>
                <w:b/>
                <w:color w:val="000000"/>
                <w:sz w:val="24"/>
                <w:szCs w:val="28"/>
                <w:lang w:eastAsia="zh-CN"/>
              </w:rPr>
              <w:t>成绩及排名</w:t>
            </w:r>
          </w:p>
        </w:tc>
        <w:tc>
          <w:tcPr>
            <w:tcW w:w="7507" w:type="dxa"/>
            <w:gridSpan w:val="4"/>
            <w:vAlign w:val="center"/>
          </w:tcPr>
          <w:p w14:paraId="51F3BEF4" w14:textId="3D64A63F" w:rsidR="00B76735" w:rsidRDefault="00B76735">
            <w:pPr>
              <w:spacing w:before="40" w:after="40"/>
              <w:jc w:val="center"/>
              <w:rPr>
                <w:lang w:eastAsia="zh-CN"/>
              </w:rPr>
            </w:pP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（请注明学年，例：</w:t>
            </w:r>
            <w:r w:rsidRPr="00B76735">
              <w:rPr>
                <w:rFonts w:ascii="Times New Roman" w:eastAsia="宋体" w:hAnsi="Times New Roman" w:cs="Times New Roman"/>
                <w:color w:val="000000"/>
                <w:szCs w:val="24"/>
                <w:lang w:eastAsia="zh-CN"/>
              </w:rPr>
              <w:t>2025—2026</w:t>
            </w:r>
            <w:proofErr w:type="gramStart"/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学年绩点</w:t>
            </w:r>
            <w:proofErr w:type="gramEnd"/>
            <w:r w:rsidRPr="00B76735">
              <w:rPr>
                <w:rFonts w:ascii="Times New Roman" w:eastAsia="宋体" w:hAnsi="Times New Roman" w:cs="Times New Roman"/>
                <w:color w:val="000000"/>
                <w:szCs w:val="24"/>
                <w:lang w:eastAsia="zh-CN"/>
              </w:rPr>
              <w:t>3.8</w:t>
            </w: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，专业排名</w:t>
            </w:r>
            <w:r w:rsidRPr="00B76735">
              <w:rPr>
                <w:rFonts w:ascii="Times New Roman" w:eastAsia="宋体" w:hAnsi="Times New Roman" w:cs="Times New Roman"/>
                <w:color w:val="000000"/>
                <w:szCs w:val="24"/>
                <w:lang w:eastAsia="zh-CN"/>
              </w:rPr>
              <w:t>5/120</w:t>
            </w: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）</w:t>
            </w:r>
          </w:p>
        </w:tc>
      </w:tr>
      <w:tr w:rsidR="00B76735" w14:paraId="50D69D1D" w14:textId="77777777" w:rsidTr="009F04EB">
        <w:trPr>
          <w:trHeight w:val="2602"/>
          <w:jc w:val="center"/>
        </w:trPr>
        <w:tc>
          <w:tcPr>
            <w:tcW w:w="1555" w:type="dxa"/>
            <w:vAlign w:val="center"/>
          </w:tcPr>
          <w:p w14:paraId="627FED4E" w14:textId="77777777" w:rsidR="00B76735" w:rsidRDefault="00B76735">
            <w:pPr>
              <w:spacing w:before="40" w:after="40"/>
              <w:jc w:val="center"/>
            </w:pPr>
            <w:proofErr w:type="spellStart"/>
            <w:r w:rsidRPr="00B76735">
              <w:rPr>
                <w:rFonts w:ascii="Arial" w:eastAsia="宋体" w:hAnsi="Arial"/>
                <w:b/>
                <w:color w:val="000000"/>
                <w:sz w:val="24"/>
                <w:szCs w:val="28"/>
              </w:rPr>
              <w:t>个人简介及获奖情况</w:t>
            </w:r>
            <w:proofErr w:type="spellEnd"/>
          </w:p>
        </w:tc>
        <w:tc>
          <w:tcPr>
            <w:tcW w:w="7507" w:type="dxa"/>
            <w:gridSpan w:val="4"/>
            <w:vAlign w:val="center"/>
          </w:tcPr>
          <w:p w14:paraId="37EE6CF4" w14:textId="713A7E83" w:rsidR="00B76735" w:rsidRDefault="00B76735">
            <w:pPr>
              <w:rPr>
                <w:lang w:eastAsia="zh-CN"/>
              </w:rPr>
            </w:pPr>
            <w:r w:rsidRPr="00B76735">
              <w:rPr>
                <w:rFonts w:ascii="Arial" w:eastAsia="宋体" w:hAnsi="Arial"/>
                <w:color w:val="000000"/>
                <w:szCs w:val="32"/>
                <w:lang w:eastAsia="zh-CN"/>
              </w:rPr>
              <w:t>（可填写：学习经历、学生工作、志愿服务、学科竞赛获奖、荣誉称号等）</w:t>
            </w:r>
          </w:p>
        </w:tc>
      </w:tr>
      <w:tr w:rsidR="00B76735" w14:paraId="54E48CFE" w14:textId="77777777" w:rsidTr="00C5284A">
        <w:trPr>
          <w:trHeight w:val="1800"/>
          <w:jc w:val="center"/>
        </w:trPr>
        <w:tc>
          <w:tcPr>
            <w:tcW w:w="1555" w:type="dxa"/>
            <w:vAlign w:val="center"/>
          </w:tcPr>
          <w:p w14:paraId="2BC2D2F1" w14:textId="77777777" w:rsidR="009F04EB" w:rsidRDefault="00B76735">
            <w:pPr>
              <w:spacing w:before="40" w:after="40"/>
              <w:jc w:val="center"/>
              <w:rPr>
                <w:rFonts w:ascii="Arial" w:eastAsia="宋体" w:hAnsi="Arial"/>
                <w:b/>
                <w:color w:val="000000"/>
                <w:sz w:val="24"/>
                <w:szCs w:val="28"/>
                <w:lang w:eastAsia="zh-CN"/>
              </w:rPr>
            </w:pPr>
            <w:proofErr w:type="spellStart"/>
            <w:r w:rsidRPr="00B76735">
              <w:rPr>
                <w:rFonts w:ascii="Arial" w:eastAsia="宋体" w:hAnsi="Arial"/>
                <w:b/>
                <w:color w:val="000000"/>
                <w:sz w:val="24"/>
                <w:szCs w:val="28"/>
              </w:rPr>
              <w:t>优势学科</w:t>
            </w:r>
            <w:proofErr w:type="spellEnd"/>
          </w:p>
          <w:p w14:paraId="54563E85" w14:textId="71858EC3" w:rsidR="00B76735" w:rsidRDefault="00B76735">
            <w:pPr>
              <w:spacing w:before="40" w:after="40"/>
              <w:jc w:val="center"/>
            </w:pPr>
            <w:proofErr w:type="spellStart"/>
            <w:r w:rsidRPr="00B76735">
              <w:rPr>
                <w:rFonts w:ascii="Arial" w:eastAsia="宋体" w:hAnsi="Arial"/>
                <w:b/>
                <w:color w:val="000000"/>
                <w:sz w:val="24"/>
                <w:szCs w:val="28"/>
              </w:rPr>
              <w:t>成绩</w:t>
            </w:r>
            <w:proofErr w:type="spellEnd"/>
          </w:p>
        </w:tc>
        <w:tc>
          <w:tcPr>
            <w:tcW w:w="7507" w:type="dxa"/>
            <w:gridSpan w:val="4"/>
            <w:vAlign w:val="center"/>
          </w:tcPr>
          <w:p w14:paraId="7B8C6AA7" w14:textId="63628AE8" w:rsidR="00B76735" w:rsidRDefault="00B76735">
            <w:pPr>
              <w:rPr>
                <w:lang w:eastAsia="zh-CN"/>
              </w:rPr>
            </w:pP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（请分学年填写优势课程及成绩，例：大二《理论力学》</w:t>
            </w:r>
            <w:r w:rsidRPr="00B76735">
              <w:rPr>
                <w:rFonts w:ascii="Times New Roman" w:eastAsia="宋体" w:hAnsi="Times New Roman" w:cs="Times New Roman"/>
                <w:color w:val="000000"/>
                <w:szCs w:val="24"/>
                <w:lang w:eastAsia="zh-CN"/>
              </w:rPr>
              <w:t>95</w:t>
            </w:r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分；可注明</w:t>
            </w:r>
            <w:proofErr w:type="gramStart"/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四六</w:t>
            </w:r>
            <w:proofErr w:type="gramEnd"/>
            <w:r w:rsidRPr="00B76735">
              <w:rPr>
                <w:rFonts w:ascii="Arial" w:eastAsia="宋体" w:hAnsi="Arial"/>
                <w:color w:val="000000"/>
                <w:szCs w:val="24"/>
                <w:lang w:eastAsia="zh-CN"/>
              </w:rPr>
              <w:t>级成绩、技能证书等）</w:t>
            </w:r>
          </w:p>
        </w:tc>
      </w:tr>
      <w:tr w:rsidR="00B76735" w14:paraId="4880AB75" w14:textId="77777777" w:rsidTr="009F04EB">
        <w:trPr>
          <w:trHeight w:val="755"/>
          <w:jc w:val="center"/>
        </w:trPr>
        <w:tc>
          <w:tcPr>
            <w:tcW w:w="1555" w:type="dxa"/>
            <w:vAlign w:val="center"/>
          </w:tcPr>
          <w:p w14:paraId="5F01BDB8" w14:textId="77777777" w:rsidR="00B76735" w:rsidRDefault="00B76735">
            <w:pPr>
              <w:spacing w:before="40" w:after="40"/>
              <w:jc w:val="center"/>
            </w:pPr>
            <w:proofErr w:type="spellStart"/>
            <w:r w:rsidRPr="00B76735">
              <w:rPr>
                <w:rFonts w:ascii="Arial" w:eastAsia="宋体" w:hAnsi="Arial"/>
                <w:b/>
                <w:color w:val="000000"/>
                <w:sz w:val="24"/>
                <w:szCs w:val="28"/>
              </w:rPr>
              <w:t>备注</w:t>
            </w:r>
            <w:proofErr w:type="spellEnd"/>
          </w:p>
        </w:tc>
        <w:tc>
          <w:tcPr>
            <w:tcW w:w="7507" w:type="dxa"/>
            <w:gridSpan w:val="4"/>
          </w:tcPr>
          <w:p w14:paraId="5F512EE3" w14:textId="77777777" w:rsidR="00B76735" w:rsidRDefault="00B76735"/>
        </w:tc>
      </w:tr>
    </w:tbl>
    <w:p w14:paraId="0B3E7E0D" w14:textId="4E0288BB" w:rsidR="00AC1368" w:rsidRDefault="00000000">
      <w:pPr>
        <w:spacing w:before="160" w:after="40"/>
        <w:rPr>
          <w:lang w:eastAsia="zh-CN"/>
        </w:rPr>
      </w:pPr>
      <w:r>
        <w:rPr>
          <w:rFonts w:ascii="Arial" w:eastAsia="宋体" w:hAnsi="Arial"/>
          <w:color w:val="000000"/>
          <w:sz w:val="21"/>
          <w:lang w:eastAsia="zh-CN"/>
        </w:rPr>
        <w:t>承诺：本人自愿报名担任学霸</w:t>
      </w:r>
      <w:proofErr w:type="gramStart"/>
      <w:r>
        <w:rPr>
          <w:rFonts w:ascii="Arial" w:eastAsia="宋体" w:hAnsi="Arial"/>
          <w:color w:val="000000"/>
          <w:sz w:val="21"/>
          <w:lang w:eastAsia="zh-CN"/>
        </w:rPr>
        <w:t>讲师辅学志愿者</w:t>
      </w:r>
      <w:proofErr w:type="gramEnd"/>
      <w:r>
        <w:rPr>
          <w:rFonts w:ascii="Arial" w:eastAsia="宋体" w:hAnsi="Arial"/>
          <w:color w:val="000000"/>
          <w:sz w:val="21"/>
          <w:lang w:eastAsia="zh-CN"/>
        </w:rPr>
        <w:t>，按时参加中心安排的授课与答疑活动，认真备课、如实记录。</w:t>
      </w:r>
    </w:p>
    <w:p w14:paraId="77766454" w14:textId="173018B0" w:rsidR="00AC1368" w:rsidRPr="00B76735" w:rsidRDefault="00000000" w:rsidP="00B76735">
      <w:pPr>
        <w:spacing w:before="320" w:after="0" w:line="324" w:lineRule="auto"/>
        <w:jc w:val="right"/>
        <w:rPr>
          <w:sz w:val="28"/>
          <w:szCs w:val="28"/>
          <w:lang w:eastAsia="zh-CN"/>
        </w:rPr>
      </w:pPr>
      <w:r w:rsidRPr="00B76735">
        <w:rPr>
          <w:rFonts w:ascii="Arial" w:eastAsia="宋体" w:hAnsi="Arial"/>
          <w:color w:val="000000"/>
          <w:sz w:val="24"/>
          <w:szCs w:val="28"/>
          <w:lang w:eastAsia="zh-CN"/>
        </w:rPr>
        <w:t>学生签名：</w:t>
      </w:r>
      <w:r w:rsidRPr="00B76735">
        <w:rPr>
          <w:rFonts w:ascii="Arial" w:eastAsia="宋体" w:hAnsi="Arial"/>
          <w:color w:val="000000"/>
          <w:sz w:val="24"/>
          <w:szCs w:val="28"/>
          <w:lang w:eastAsia="zh-CN"/>
        </w:rPr>
        <w:t>______________</w:t>
      </w:r>
    </w:p>
    <w:p w14:paraId="67C42B2D" w14:textId="6502C303" w:rsidR="00AC1368" w:rsidRPr="00B76735" w:rsidRDefault="00000000" w:rsidP="00B76735">
      <w:pPr>
        <w:spacing w:line="324" w:lineRule="auto"/>
        <w:jc w:val="right"/>
        <w:rPr>
          <w:rFonts w:eastAsia="宋体"/>
          <w:sz w:val="28"/>
          <w:szCs w:val="28"/>
          <w:lang w:eastAsia="zh-CN"/>
        </w:rPr>
      </w:pPr>
      <w:r w:rsidRPr="00B76735">
        <w:rPr>
          <w:rFonts w:ascii="Arial" w:eastAsia="宋体" w:hAnsi="Arial"/>
          <w:color w:val="000000"/>
          <w:sz w:val="24"/>
          <w:szCs w:val="28"/>
          <w:lang w:eastAsia="zh-CN"/>
        </w:rPr>
        <w:t>日期：</w:t>
      </w:r>
      <w:r w:rsidRPr="00B76735">
        <w:rPr>
          <w:rFonts w:ascii="Arial" w:eastAsia="宋体" w:hAnsi="Arial"/>
          <w:color w:val="000000"/>
          <w:sz w:val="24"/>
          <w:szCs w:val="28"/>
          <w:lang w:eastAsia="zh-CN"/>
        </w:rPr>
        <w:t>______</w:t>
      </w:r>
      <w:r w:rsidRPr="00B76735">
        <w:rPr>
          <w:rFonts w:ascii="Arial" w:eastAsia="宋体" w:hAnsi="Arial"/>
          <w:color w:val="000000"/>
          <w:sz w:val="24"/>
          <w:szCs w:val="28"/>
          <w:lang w:eastAsia="zh-CN"/>
        </w:rPr>
        <w:t>年</w:t>
      </w:r>
      <w:r w:rsidRPr="00B76735">
        <w:rPr>
          <w:rFonts w:ascii="Arial" w:eastAsia="宋体" w:hAnsi="Arial"/>
          <w:color w:val="000000"/>
          <w:sz w:val="24"/>
          <w:szCs w:val="28"/>
          <w:lang w:eastAsia="zh-CN"/>
        </w:rPr>
        <w:t>___</w:t>
      </w:r>
      <w:r w:rsidRPr="00B76735">
        <w:rPr>
          <w:rFonts w:ascii="Arial" w:eastAsia="宋体" w:hAnsi="Arial"/>
          <w:color w:val="000000"/>
          <w:sz w:val="24"/>
          <w:szCs w:val="28"/>
          <w:lang w:eastAsia="zh-CN"/>
        </w:rPr>
        <w:t>月</w:t>
      </w:r>
      <w:r w:rsidRPr="00B76735">
        <w:rPr>
          <w:rFonts w:ascii="Arial" w:eastAsia="宋体" w:hAnsi="Arial"/>
          <w:color w:val="000000"/>
          <w:sz w:val="24"/>
          <w:szCs w:val="28"/>
          <w:lang w:eastAsia="zh-CN"/>
        </w:rPr>
        <w:t>___</w:t>
      </w:r>
      <w:r w:rsidRPr="00B76735">
        <w:rPr>
          <w:rFonts w:ascii="Arial" w:eastAsia="宋体" w:hAnsi="Arial"/>
          <w:color w:val="000000"/>
          <w:sz w:val="24"/>
          <w:szCs w:val="28"/>
          <w:lang w:eastAsia="zh-CN"/>
        </w:rPr>
        <w:t>日</w:t>
      </w:r>
    </w:p>
    <w:sectPr w:rsidR="00AC1368" w:rsidRPr="00B76735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B3D26" w14:textId="77777777" w:rsidR="00D3788D" w:rsidRDefault="00D3788D" w:rsidP="00BC0573">
      <w:pPr>
        <w:spacing w:after="0" w:line="240" w:lineRule="auto"/>
      </w:pPr>
      <w:r>
        <w:separator/>
      </w:r>
    </w:p>
  </w:endnote>
  <w:endnote w:type="continuationSeparator" w:id="0">
    <w:p w14:paraId="636513C4" w14:textId="77777777" w:rsidR="00D3788D" w:rsidRDefault="00D3788D" w:rsidP="00BC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7DED7" w14:textId="77777777" w:rsidR="00D3788D" w:rsidRDefault="00D3788D" w:rsidP="00BC0573">
      <w:pPr>
        <w:spacing w:after="0" w:line="240" w:lineRule="auto"/>
      </w:pPr>
      <w:r>
        <w:separator/>
      </w:r>
    </w:p>
  </w:footnote>
  <w:footnote w:type="continuationSeparator" w:id="0">
    <w:p w14:paraId="0BBC4947" w14:textId="77777777" w:rsidR="00D3788D" w:rsidRDefault="00D3788D" w:rsidP="00BC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0980047">
    <w:abstractNumId w:val="8"/>
  </w:num>
  <w:num w:numId="2" w16cid:durableId="1047142747">
    <w:abstractNumId w:val="6"/>
  </w:num>
  <w:num w:numId="3" w16cid:durableId="153301445">
    <w:abstractNumId w:val="5"/>
  </w:num>
  <w:num w:numId="4" w16cid:durableId="202596392">
    <w:abstractNumId w:val="4"/>
  </w:num>
  <w:num w:numId="5" w16cid:durableId="1390960645">
    <w:abstractNumId w:val="7"/>
  </w:num>
  <w:num w:numId="6" w16cid:durableId="1252348739">
    <w:abstractNumId w:val="3"/>
  </w:num>
  <w:num w:numId="7" w16cid:durableId="143327336">
    <w:abstractNumId w:val="2"/>
  </w:num>
  <w:num w:numId="8" w16cid:durableId="874347801">
    <w:abstractNumId w:val="1"/>
  </w:num>
  <w:num w:numId="9" w16cid:durableId="867060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135"/>
    <w:rsid w:val="0015074B"/>
    <w:rsid w:val="0029639D"/>
    <w:rsid w:val="002A2AF8"/>
    <w:rsid w:val="00326F90"/>
    <w:rsid w:val="00336614"/>
    <w:rsid w:val="00362E40"/>
    <w:rsid w:val="005214A7"/>
    <w:rsid w:val="00715988"/>
    <w:rsid w:val="009F04EB"/>
    <w:rsid w:val="00AA1D8D"/>
    <w:rsid w:val="00AC1368"/>
    <w:rsid w:val="00B47730"/>
    <w:rsid w:val="00B76735"/>
    <w:rsid w:val="00BC0573"/>
    <w:rsid w:val="00C5284A"/>
    <w:rsid w:val="00CB0664"/>
    <w:rsid w:val="00CB5A4D"/>
    <w:rsid w:val="00D3788D"/>
    <w:rsid w:val="00F643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E79EC4"/>
  <w14:defaultImageDpi w14:val="300"/>
  <w15:docId w15:val="{1A6AB6B4-249A-4FE1-9488-056B5D3CD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7</cp:revision>
  <cp:lastPrinted>2026-09-11T08:16:00Z</cp:lastPrinted>
  <dcterms:created xsi:type="dcterms:W3CDTF">2026-09-11T08:09:00Z</dcterms:created>
  <dcterms:modified xsi:type="dcterms:W3CDTF">2026-09-15T07:48:00Z</dcterms:modified>
  <cp:category/>
</cp:coreProperties>
</file>